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29DE5" w14:textId="77777777" w:rsidR="00493A97" w:rsidRDefault="00000000">
      <w:pPr>
        <w:spacing w:after="20"/>
        <w:jc w:val="center"/>
      </w:pPr>
      <w:r>
        <w:rPr>
          <w:sz w:val="48"/>
        </w:rPr>
        <w:t>Doğuş Köksal</w:t>
      </w:r>
    </w:p>
    <w:p w14:paraId="5C700DAA" w14:textId="793C7427" w:rsidR="00493A97" w:rsidRPr="00E8489B" w:rsidRDefault="00E8489B">
      <w:pPr>
        <w:spacing w:after="40"/>
        <w:jc w:val="center"/>
        <w:rPr>
          <w:sz w:val="22"/>
        </w:rPr>
      </w:pPr>
      <w:hyperlink r:id="rId6" w:history="1">
        <w:r w:rsidRPr="00E8489B">
          <w:rPr>
            <w:rStyle w:val="Hyperlink"/>
            <w:sz w:val="22"/>
          </w:rPr>
          <w:t>doguskoksl@gmail.</w:t>
        </w:r>
        <w:r w:rsidRPr="00E8489B">
          <w:rPr>
            <w:rStyle w:val="Hyperlink"/>
            <w:sz w:val="22"/>
          </w:rPr>
          <w:t>c</w:t>
        </w:r>
        <w:r w:rsidRPr="00E8489B">
          <w:rPr>
            <w:rStyle w:val="Hyperlink"/>
            <w:sz w:val="22"/>
          </w:rPr>
          <w:t>o</w:t>
        </w:r>
        <w:r w:rsidRPr="00E8489B">
          <w:rPr>
            <w:rStyle w:val="Hyperlink"/>
            <w:sz w:val="22"/>
          </w:rPr>
          <w:t>m</w:t>
        </w:r>
      </w:hyperlink>
      <w:r>
        <w:rPr>
          <w:sz w:val="22"/>
        </w:rPr>
        <w:t xml:space="preserve"> </w:t>
      </w:r>
      <w:r w:rsidR="00000000" w:rsidRPr="00E8489B">
        <w:rPr>
          <w:sz w:val="22"/>
        </w:rPr>
        <w:t xml:space="preserve">| </w:t>
      </w:r>
      <w:hyperlink r:id="rId7" w:history="1">
        <w:r w:rsidR="00000000" w:rsidRPr="00217CD4">
          <w:rPr>
            <w:rStyle w:val="Hyperlink"/>
            <w:sz w:val="22"/>
          </w:rPr>
          <w:t>dogusko</w:t>
        </w:r>
        <w:r w:rsidR="00000000" w:rsidRPr="00217CD4">
          <w:rPr>
            <w:rStyle w:val="Hyperlink"/>
            <w:sz w:val="22"/>
          </w:rPr>
          <w:t>k</w:t>
        </w:r>
        <w:r w:rsidR="00000000" w:rsidRPr="00217CD4">
          <w:rPr>
            <w:rStyle w:val="Hyperlink"/>
            <w:sz w:val="22"/>
          </w:rPr>
          <w:t>sal.</w:t>
        </w:r>
        <w:r w:rsidR="00217CD4" w:rsidRPr="00217CD4">
          <w:rPr>
            <w:rStyle w:val="Hyperlink"/>
            <w:sz w:val="22"/>
          </w:rPr>
          <w:t>com</w:t>
        </w:r>
      </w:hyperlink>
      <w:r w:rsidR="00217CD4">
        <w:rPr>
          <w:sz w:val="22"/>
        </w:rPr>
        <w:t xml:space="preserve"> </w:t>
      </w:r>
      <w:r w:rsidR="00000000" w:rsidRPr="00E8489B">
        <w:rPr>
          <w:sz w:val="22"/>
        </w:rPr>
        <w:t xml:space="preserve">| </w:t>
      </w:r>
      <w:hyperlink r:id="rId8" w:history="1">
        <w:r w:rsidR="00000000" w:rsidRPr="00217CD4">
          <w:rPr>
            <w:rStyle w:val="Hyperlink"/>
            <w:sz w:val="22"/>
          </w:rPr>
          <w:t>github.com/</w:t>
        </w:r>
        <w:proofErr w:type="spellStart"/>
        <w:r w:rsidR="00000000" w:rsidRPr="00217CD4">
          <w:rPr>
            <w:rStyle w:val="Hyperlink"/>
            <w:sz w:val="22"/>
          </w:rPr>
          <w:t>Asc</w:t>
        </w:r>
        <w:r w:rsidR="00000000" w:rsidRPr="00217CD4">
          <w:rPr>
            <w:rStyle w:val="Hyperlink"/>
            <w:sz w:val="22"/>
          </w:rPr>
          <w:t>e</w:t>
        </w:r>
        <w:r w:rsidR="00000000" w:rsidRPr="00217CD4">
          <w:rPr>
            <w:rStyle w:val="Hyperlink"/>
            <w:sz w:val="22"/>
          </w:rPr>
          <w:t>nsusRisus</w:t>
        </w:r>
        <w:proofErr w:type="spellEnd"/>
      </w:hyperlink>
      <w:r w:rsidR="00000000" w:rsidRPr="00E8489B">
        <w:rPr>
          <w:sz w:val="22"/>
        </w:rPr>
        <w:t xml:space="preserve"> | </w:t>
      </w:r>
      <w:hyperlink r:id="rId9" w:history="1">
        <w:r w:rsidR="00000000" w:rsidRPr="00217CD4">
          <w:rPr>
            <w:rStyle w:val="Hyperlink"/>
            <w:sz w:val="22"/>
          </w:rPr>
          <w:t>linkedin.com/in/</w:t>
        </w:r>
        <w:proofErr w:type="spellStart"/>
        <w:r w:rsidR="00000000" w:rsidRPr="00217CD4">
          <w:rPr>
            <w:rStyle w:val="Hyperlink"/>
            <w:sz w:val="22"/>
          </w:rPr>
          <w:t>dogus-koksal</w:t>
        </w:r>
        <w:proofErr w:type="spellEnd"/>
      </w:hyperlink>
    </w:p>
    <w:p w14:paraId="51C92ACB" w14:textId="77777777" w:rsidR="00493A97" w:rsidRDefault="00000000">
      <w:pPr>
        <w:keepNext/>
        <w:keepLines/>
        <w:pBdr>
          <w:bottom w:val="single" w:sz="6" w:space="1" w:color="000000"/>
        </w:pBdr>
        <w:spacing w:before="40" w:after="20"/>
      </w:pPr>
      <w:r>
        <w:rPr>
          <w:sz w:val="25"/>
        </w:rPr>
        <w:t>Education</w:t>
      </w:r>
    </w:p>
    <w:p w14:paraId="2D7B929A" w14:textId="77777777" w:rsidR="00493A97" w:rsidRPr="00217CD4" w:rsidRDefault="00000000">
      <w:pPr>
        <w:keepNext/>
        <w:keepLines/>
        <w:tabs>
          <w:tab w:val="right" w:pos="10800"/>
        </w:tabs>
        <w:spacing w:before="20"/>
        <w:rPr>
          <w:sz w:val="22"/>
        </w:rPr>
      </w:pPr>
      <w:r w:rsidRPr="00217CD4">
        <w:rPr>
          <w:b/>
          <w:sz w:val="22"/>
        </w:rPr>
        <w:t xml:space="preserve">Trakya University – </w:t>
      </w:r>
      <w:r w:rsidRPr="00217CD4">
        <w:rPr>
          <w:sz w:val="22"/>
        </w:rPr>
        <w:t>Associate of Science in Computer Programming</w:t>
      </w:r>
      <w:r w:rsidRPr="00217CD4">
        <w:rPr>
          <w:sz w:val="22"/>
        </w:rPr>
        <w:tab/>
        <w:t>2026</w:t>
      </w:r>
    </w:p>
    <w:p w14:paraId="78B3E426" w14:textId="77777777" w:rsidR="00493A97" w:rsidRPr="00217CD4" w:rsidRDefault="00000000">
      <w:pPr>
        <w:keepLines/>
        <w:tabs>
          <w:tab w:val="left" w:pos="259"/>
        </w:tabs>
        <w:spacing w:before="10"/>
        <w:ind w:left="259" w:hanging="259"/>
        <w:rPr>
          <w:sz w:val="22"/>
        </w:rPr>
      </w:pPr>
      <w:r w:rsidRPr="00217CD4">
        <w:rPr>
          <w:sz w:val="22"/>
        </w:rPr>
        <w:t>•</w:t>
      </w:r>
      <w:r w:rsidRPr="00217CD4">
        <w:rPr>
          <w:sz w:val="22"/>
        </w:rPr>
        <w:tab/>
        <w:t>Graduated with a 3.61/4.00 GPA</w:t>
      </w:r>
    </w:p>
    <w:p w14:paraId="28448D94" w14:textId="77777777" w:rsidR="00493A97" w:rsidRDefault="00000000">
      <w:pPr>
        <w:keepNext/>
        <w:keepLines/>
        <w:pBdr>
          <w:bottom w:val="single" w:sz="6" w:space="1" w:color="000000"/>
        </w:pBdr>
        <w:spacing w:before="40" w:after="20"/>
      </w:pPr>
      <w:r>
        <w:rPr>
          <w:sz w:val="25"/>
        </w:rPr>
        <w:t>Experience</w:t>
      </w:r>
    </w:p>
    <w:p w14:paraId="68F81F56" w14:textId="77777777" w:rsidR="00493A97" w:rsidRPr="00217CD4" w:rsidRDefault="00000000">
      <w:pPr>
        <w:keepNext/>
        <w:keepLines/>
        <w:tabs>
          <w:tab w:val="right" w:pos="10800"/>
        </w:tabs>
        <w:spacing w:before="30"/>
        <w:rPr>
          <w:sz w:val="22"/>
        </w:rPr>
      </w:pPr>
      <w:r w:rsidRPr="00217CD4">
        <w:rPr>
          <w:b/>
          <w:sz w:val="22"/>
        </w:rPr>
        <w:t>Software Developer Intern</w:t>
      </w:r>
      <w:r w:rsidRPr="00217CD4">
        <w:rPr>
          <w:sz w:val="22"/>
        </w:rPr>
        <w:t>, SecHard – Remote</w:t>
      </w:r>
      <w:r w:rsidRPr="00217CD4">
        <w:rPr>
          <w:sz w:val="22"/>
        </w:rPr>
        <w:tab/>
        <w:t>Jan 2026 – Jun 2026</w:t>
      </w:r>
    </w:p>
    <w:p w14:paraId="11D70567" w14:textId="77777777" w:rsidR="00493A97" w:rsidRPr="00217CD4" w:rsidRDefault="00000000">
      <w:pPr>
        <w:keepLines/>
        <w:tabs>
          <w:tab w:val="left" w:pos="259"/>
        </w:tabs>
        <w:spacing w:before="10"/>
        <w:ind w:left="259" w:hanging="259"/>
        <w:rPr>
          <w:sz w:val="22"/>
        </w:rPr>
      </w:pPr>
      <w:r w:rsidRPr="00217CD4">
        <w:rPr>
          <w:sz w:val="22"/>
        </w:rPr>
        <w:t>•</w:t>
      </w:r>
      <w:r w:rsidRPr="00217CD4">
        <w:rPr>
          <w:sz w:val="22"/>
        </w:rPr>
        <w:tab/>
        <w:t>Developed and maintained full-stack features across a cybersecurity platform using Angular, TypeScript, Node.js, PrimeNG, MongoDB, and REST APIs</w:t>
      </w:r>
    </w:p>
    <w:p w14:paraId="00F70E1F" w14:textId="77777777" w:rsidR="00493A97" w:rsidRPr="00217CD4" w:rsidRDefault="00000000">
      <w:pPr>
        <w:keepLines/>
        <w:tabs>
          <w:tab w:val="left" w:pos="259"/>
        </w:tabs>
        <w:spacing w:before="10"/>
        <w:ind w:left="259" w:hanging="259"/>
        <w:rPr>
          <w:sz w:val="22"/>
        </w:rPr>
      </w:pPr>
      <w:r w:rsidRPr="00217CD4">
        <w:rPr>
          <w:sz w:val="22"/>
        </w:rPr>
        <w:t>•</w:t>
      </w:r>
      <w:r w:rsidRPr="00217CD4">
        <w:rPr>
          <w:sz w:val="22"/>
        </w:rPr>
        <w:tab/>
        <w:t>Improved reporting and data workflows by extending PDF and CSV outputs, refining interactive tables, and updating reusable application components</w:t>
      </w:r>
    </w:p>
    <w:p w14:paraId="20E57C9A" w14:textId="77777777" w:rsidR="00493A97" w:rsidRPr="00217CD4" w:rsidRDefault="00000000">
      <w:pPr>
        <w:keepLines/>
        <w:tabs>
          <w:tab w:val="left" w:pos="259"/>
        </w:tabs>
        <w:spacing w:before="10"/>
        <w:ind w:left="259" w:hanging="259"/>
        <w:rPr>
          <w:sz w:val="22"/>
        </w:rPr>
      </w:pPr>
      <w:r w:rsidRPr="00217CD4">
        <w:rPr>
          <w:sz w:val="22"/>
        </w:rPr>
        <w:t>•</w:t>
      </w:r>
      <w:r w:rsidRPr="00217CD4">
        <w:rPr>
          <w:sz w:val="22"/>
        </w:rPr>
        <w:tab/>
        <w:t>Maintained and validated security-hardening recipes across operating systems, network devices, databases, and infrastructure products while resolving structural and execution issues</w:t>
      </w:r>
    </w:p>
    <w:p w14:paraId="1EE9E269" w14:textId="77777777" w:rsidR="00493A97" w:rsidRPr="00217CD4" w:rsidRDefault="00000000">
      <w:pPr>
        <w:keepLines/>
        <w:tabs>
          <w:tab w:val="left" w:pos="259"/>
        </w:tabs>
        <w:spacing w:before="10"/>
        <w:ind w:left="259" w:hanging="259"/>
        <w:rPr>
          <w:sz w:val="22"/>
        </w:rPr>
      </w:pPr>
      <w:r w:rsidRPr="00217CD4">
        <w:rPr>
          <w:sz w:val="22"/>
        </w:rPr>
        <w:t>•</w:t>
      </w:r>
      <w:r w:rsidRPr="00217CD4">
        <w:rPr>
          <w:sz w:val="22"/>
        </w:rPr>
        <w:tab/>
        <w:t>Executed 500+ Windows hardening checks, diagnosed failures in Docker-based environments, and built a Python-based local RAG chatbot demo for platform guidance</w:t>
      </w:r>
    </w:p>
    <w:p w14:paraId="0D9F998C" w14:textId="77777777" w:rsidR="00493A97" w:rsidRDefault="00000000">
      <w:pPr>
        <w:keepNext/>
        <w:keepLines/>
        <w:pBdr>
          <w:bottom w:val="single" w:sz="6" w:space="1" w:color="000000"/>
        </w:pBdr>
        <w:spacing w:before="40" w:after="20"/>
      </w:pPr>
      <w:r>
        <w:rPr>
          <w:sz w:val="25"/>
        </w:rPr>
        <w:t>Projects</w:t>
      </w:r>
    </w:p>
    <w:p w14:paraId="3ED23EF4" w14:textId="77777777" w:rsidR="00493A97" w:rsidRPr="00217CD4" w:rsidRDefault="00000000">
      <w:pPr>
        <w:keepNext/>
        <w:keepLines/>
        <w:tabs>
          <w:tab w:val="right" w:pos="10800"/>
        </w:tabs>
        <w:spacing w:before="30"/>
        <w:rPr>
          <w:sz w:val="22"/>
        </w:rPr>
      </w:pPr>
      <w:r w:rsidRPr="00217CD4">
        <w:rPr>
          <w:b/>
          <w:sz w:val="22"/>
        </w:rPr>
        <w:t>Multimodal Safety Chatbot for Individuals with Autism</w:t>
      </w:r>
      <w:r w:rsidRPr="00217CD4">
        <w:rPr>
          <w:sz w:val="22"/>
        </w:rPr>
        <w:tab/>
        <w:t>Sept 2025 – Present</w:t>
      </w:r>
    </w:p>
    <w:p w14:paraId="22C5E37B" w14:textId="77777777" w:rsidR="00493A97" w:rsidRPr="00217CD4" w:rsidRDefault="00000000">
      <w:pPr>
        <w:keepLines/>
        <w:tabs>
          <w:tab w:val="left" w:pos="259"/>
        </w:tabs>
        <w:spacing w:before="10"/>
        <w:ind w:left="259" w:hanging="259"/>
        <w:rPr>
          <w:sz w:val="22"/>
        </w:rPr>
      </w:pPr>
      <w:r w:rsidRPr="00217CD4">
        <w:rPr>
          <w:sz w:val="22"/>
        </w:rPr>
        <w:t>•</w:t>
      </w:r>
      <w:r w:rsidRPr="00217CD4">
        <w:rPr>
          <w:sz w:val="22"/>
        </w:rPr>
        <w:tab/>
        <w:t>Led end-to-end development of a multimodal AI system designed to support communication practice for autistic individuals in a safer, family-supervised digital environment</w:t>
      </w:r>
    </w:p>
    <w:p w14:paraId="1CB4B6C2" w14:textId="77777777" w:rsidR="00493A97" w:rsidRPr="00217CD4" w:rsidRDefault="00000000">
      <w:pPr>
        <w:keepLines/>
        <w:tabs>
          <w:tab w:val="left" w:pos="259"/>
        </w:tabs>
        <w:spacing w:before="10"/>
        <w:ind w:left="259" w:hanging="259"/>
        <w:rPr>
          <w:sz w:val="22"/>
        </w:rPr>
      </w:pPr>
      <w:r w:rsidRPr="00217CD4">
        <w:rPr>
          <w:sz w:val="22"/>
        </w:rPr>
        <w:t>•</w:t>
      </w:r>
      <w:r w:rsidRPr="00217CD4">
        <w:rPr>
          <w:sz w:val="22"/>
        </w:rPr>
        <w:tab/>
        <w:t>Built an emotion-analysis pipeline combining facial-expression recognition, RoBERTa-based sentiment analysis, and voice features including pitch and stress to interpret conversational context</w:t>
      </w:r>
    </w:p>
    <w:p w14:paraId="5BD3F87B" w14:textId="77777777" w:rsidR="00493A97" w:rsidRPr="00217CD4" w:rsidRDefault="00000000">
      <w:pPr>
        <w:keepLines/>
        <w:tabs>
          <w:tab w:val="left" w:pos="259"/>
        </w:tabs>
        <w:spacing w:before="10"/>
        <w:ind w:left="259" w:hanging="259"/>
        <w:rPr>
          <w:sz w:val="22"/>
        </w:rPr>
      </w:pPr>
      <w:r w:rsidRPr="00217CD4">
        <w:rPr>
          <w:sz w:val="22"/>
        </w:rPr>
        <w:t>•</w:t>
      </w:r>
      <w:r w:rsidRPr="00217CD4">
        <w:rPr>
          <w:sz w:val="22"/>
        </w:rPr>
        <w:tab/>
        <w:t>Integrated a locally hosted Ollama chatbot with periodic visual analysis and a safety-scoring system that evaluates multimodal signals, conversation content, and potential interaction risks</w:t>
      </w:r>
    </w:p>
    <w:p w14:paraId="6DF075E0" w14:textId="77777777" w:rsidR="00493A97" w:rsidRDefault="00000000">
      <w:pPr>
        <w:keepNext/>
        <w:keepLines/>
        <w:pBdr>
          <w:bottom w:val="single" w:sz="6" w:space="1" w:color="000000"/>
        </w:pBdr>
        <w:spacing w:before="40" w:after="20"/>
      </w:pPr>
      <w:r>
        <w:rPr>
          <w:sz w:val="25"/>
        </w:rPr>
        <w:t>Activities</w:t>
      </w:r>
    </w:p>
    <w:p w14:paraId="3CE7017F" w14:textId="77777777" w:rsidR="00493A97" w:rsidRPr="00217CD4" w:rsidRDefault="00000000">
      <w:pPr>
        <w:keepNext/>
        <w:keepLines/>
        <w:tabs>
          <w:tab w:val="right" w:pos="10800"/>
        </w:tabs>
        <w:spacing w:before="30"/>
        <w:rPr>
          <w:sz w:val="22"/>
        </w:rPr>
      </w:pPr>
      <w:r w:rsidRPr="00217CD4">
        <w:rPr>
          <w:b/>
          <w:sz w:val="22"/>
        </w:rPr>
        <w:t>YetGen Participant</w:t>
      </w:r>
      <w:r w:rsidRPr="00217CD4">
        <w:rPr>
          <w:sz w:val="22"/>
        </w:rPr>
        <w:t>, Yetkin Gençler – Remote</w:t>
      </w:r>
      <w:r w:rsidRPr="00217CD4">
        <w:rPr>
          <w:sz w:val="22"/>
        </w:rPr>
        <w:tab/>
        <w:t>Aug 2023 – Nov 2023</w:t>
      </w:r>
    </w:p>
    <w:p w14:paraId="05312701" w14:textId="77777777" w:rsidR="00493A97" w:rsidRPr="00217CD4" w:rsidRDefault="00000000">
      <w:pPr>
        <w:keepLines/>
        <w:tabs>
          <w:tab w:val="left" w:pos="259"/>
        </w:tabs>
        <w:spacing w:before="10"/>
        <w:ind w:left="259" w:hanging="259"/>
        <w:rPr>
          <w:sz w:val="22"/>
        </w:rPr>
      </w:pPr>
      <w:r w:rsidRPr="00217CD4">
        <w:rPr>
          <w:sz w:val="22"/>
        </w:rPr>
        <w:t>•</w:t>
      </w:r>
      <w:r w:rsidRPr="00217CD4">
        <w:rPr>
          <w:sz w:val="22"/>
        </w:rPr>
        <w:tab/>
        <w:t>Completed a 12-week development program covering technology literacy, teamwork, presentation, career planning, social innovation, and entrepreneurship</w:t>
      </w:r>
    </w:p>
    <w:p w14:paraId="49B1F7E0" w14:textId="77777777" w:rsidR="00493A97" w:rsidRPr="00217CD4" w:rsidRDefault="00000000">
      <w:pPr>
        <w:keepLines/>
        <w:tabs>
          <w:tab w:val="left" w:pos="259"/>
        </w:tabs>
        <w:spacing w:before="10"/>
        <w:ind w:left="259" w:hanging="259"/>
        <w:rPr>
          <w:sz w:val="22"/>
        </w:rPr>
      </w:pPr>
      <w:r w:rsidRPr="00217CD4">
        <w:rPr>
          <w:sz w:val="22"/>
        </w:rPr>
        <w:t>•</w:t>
      </w:r>
      <w:r w:rsidRPr="00217CD4">
        <w:rPr>
          <w:sz w:val="22"/>
        </w:rPr>
        <w:tab/>
        <w:t>Developed an impact-oriented initiative through the GirişGen ideathon process aligned with the UN Sustainable Development Goals</w:t>
      </w:r>
    </w:p>
    <w:p w14:paraId="4B7F3426" w14:textId="77777777" w:rsidR="00493A97" w:rsidRDefault="00000000">
      <w:pPr>
        <w:keepNext/>
        <w:keepLines/>
        <w:pBdr>
          <w:bottom w:val="single" w:sz="6" w:space="1" w:color="000000"/>
        </w:pBdr>
        <w:spacing w:before="40" w:after="20"/>
      </w:pPr>
      <w:r>
        <w:rPr>
          <w:sz w:val="25"/>
        </w:rPr>
        <w:t>Skills</w:t>
      </w:r>
    </w:p>
    <w:p w14:paraId="6A008598" w14:textId="77777777" w:rsidR="00493A97" w:rsidRPr="00217CD4" w:rsidRDefault="00000000">
      <w:pPr>
        <w:rPr>
          <w:sz w:val="22"/>
        </w:rPr>
      </w:pPr>
      <w:r w:rsidRPr="00217CD4">
        <w:rPr>
          <w:b/>
          <w:sz w:val="22"/>
        </w:rPr>
        <w:t xml:space="preserve">Languages: </w:t>
      </w:r>
      <w:r w:rsidRPr="00217CD4">
        <w:rPr>
          <w:sz w:val="22"/>
        </w:rPr>
        <w:t>Python, TypeScript, JavaScript, SQL</w:t>
      </w:r>
    </w:p>
    <w:p w14:paraId="311218B9" w14:textId="77777777" w:rsidR="00493A97" w:rsidRPr="00217CD4" w:rsidRDefault="00000000">
      <w:pPr>
        <w:rPr>
          <w:sz w:val="22"/>
        </w:rPr>
      </w:pPr>
      <w:r w:rsidRPr="00217CD4">
        <w:rPr>
          <w:b/>
          <w:sz w:val="22"/>
        </w:rPr>
        <w:t xml:space="preserve">Web and Infrastructure: </w:t>
      </w:r>
      <w:r w:rsidRPr="00217CD4">
        <w:rPr>
          <w:sz w:val="22"/>
        </w:rPr>
        <w:t>Angular, Node.js, PrimeNG, REST APIs, Docker, Git, MongoDB</w:t>
      </w:r>
    </w:p>
    <w:p w14:paraId="1E4B3864" w14:textId="77777777" w:rsidR="00493A97" w:rsidRPr="00217CD4" w:rsidRDefault="00000000">
      <w:pPr>
        <w:rPr>
          <w:sz w:val="22"/>
        </w:rPr>
      </w:pPr>
      <w:r w:rsidRPr="00217CD4">
        <w:rPr>
          <w:b/>
          <w:sz w:val="22"/>
        </w:rPr>
        <w:t xml:space="preserve">Applied AI: </w:t>
      </w:r>
      <w:r w:rsidRPr="00217CD4">
        <w:rPr>
          <w:sz w:val="22"/>
        </w:rPr>
        <w:t>Multimodal AI, RAG, Ollama, RoBERTa, Computer Vision, Sentiment Analysis, Speech Analysis</w:t>
      </w:r>
    </w:p>
    <w:sectPr w:rsidR="00493A97" w:rsidRPr="00217CD4" w:rsidSect="00034616">
      <w:pgSz w:w="12240" w:h="15840"/>
      <w:pgMar w:top="648" w:right="720" w:bottom="648" w:left="72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5284999">
    <w:abstractNumId w:val="8"/>
  </w:num>
  <w:num w:numId="2" w16cid:durableId="1417366645">
    <w:abstractNumId w:val="6"/>
  </w:num>
  <w:num w:numId="3" w16cid:durableId="1813011796">
    <w:abstractNumId w:val="5"/>
  </w:num>
  <w:num w:numId="4" w16cid:durableId="11998884">
    <w:abstractNumId w:val="4"/>
  </w:num>
  <w:num w:numId="5" w16cid:durableId="1159618259">
    <w:abstractNumId w:val="7"/>
  </w:num>
  <w:num w:numId="6" w16cid:durableId="1098871094">
    <w:abstractNumId w:val="3"/>
  </w:num>
  <w:num w:numId="7" w16cid:durableId="635139158">
    <w:abstractNumId w:val="2"/>
  </w:num>
  <w:num w:numId="8" w16cid:durableId="1788810159">
    <w:abstractNumId w:val="1"/>
  </w:num>
  <w:num w:numId="9" w16cid:durableId="1864856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7CD4"/>
    <w:rsid w:val="0029639D"/>
    <w:rsid w:val="00326F90"/>
    <w:rsid w:val="00493A97"/>
    <w:rsid w:val="008834F3"/>
    <w:rsid w:val="009D3E54"/>
    <w:rsid w:val="00AA1D8D"/>
    <w:rsid w:val="00B47730"/>
    <w:rsid w:val="00CB0664"/>
    <w:rsid w:val="00E205CD"/>
    <w:rsid w:val="00E848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0CEC9E"/>
  <w14:defaultImageDpi w14:val="300"/>
  <w15:docId w15:val="{2AA76668-BC9F-4681-A773-AF831F07B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57" w:lineRule="auto"/>
    </w:pPr>
    <w:rPr>
      <w:rFonts w:ascii="Calibri" w:eastAsia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848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48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848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AscensusRisus" TargetMode="External"/><Relationship Id="rId3" Type="http://schemas.openxmlformats.org/officeDocument/2006/relationships/styles" Target="styles.xml"/><Relationship Id="rId7" Type="http://schemas.openxmlformats.org/officeDocument/2006/relationships/hyperlink" Target="https://doguskoksa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guskoksl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nkedin.com/in/dogus-kok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Doğuş Köksal Resume</vt:lpstr>
    </vt:vector>
  </TitlesOfParts>
  <Manager/>
  <Company/>
  <LinksUpToDate>false</LinksUpToDate>
  <CharactersWithSpaces>2355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Doğuş Köksal Resume</dc:title>
  <dc:subject/>
  <dc:creator>Doğuş Köksal</dc:creator>
  <cp:keywords/>
  <dc:description>generated by python-docx</dc:description>
  <cp:lastModifiedBy>Doğuş Köksal</cp:lastModifiedBy>
  <cp:revision>2</cp:revision>
  <dcterms:created xsi:type="dcterms:W3CDTF">2026-07-23T00:08:00Z</dcterms:created>
  <dcterms:modified xsi:type="dcterms:W3CDTF">2026-07-23T00:08:00Z</dcterms:modified>
  <cp:category/>
</cp:coreProperties>
</file>